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F732" w14:textId="3E85C1B5" w:rsidR="00483B2F" w:rsidRDefault="00000000" w:rsidP="006360B5">
      <w:pPr>
        <w:jc w:val="center"/>
      </w:pPr>
      <w:r>
        <w:rPr>
          <w:b/>
          <w:sz w:val="32"/>
        </w:rPr>
        <w:t>ISTITUTO COMPRENSIVO 2 ALGHERO</w:t>
      </w:r>
      <w:r>
        <w:rPr>
          <w:b/>
          <w:sz w:val="32"/>
        </w:rPr>
        <w:br/>
      </w:r>
      <w:r>
        <w:t>Modulo di rendicontazione attività retribuite con il Fondo d'Istituto (FIS)</w:t>
      </w:r>
      <w:r>
        <w:br/>
        <w:t xml:space="preserve">Anno scolastico </w:t>
      </w:r>
      <w:proofErr w:type="gramStart"/>
      <w:r>
        <w:t>20</w:t>
      </w:r>
      <w:r w:rsidR="006360B5">
        <w:t>..</w:t>
      </w:r>
      <w:proofErr w:type="gramEnd"/>
      <w:r>
        <w:t>/20</w:t>
      </w:r>
      <w:r w:rsidR="006360B5">
        <w:t>..</w:t>
      </w:r>
    </w:p>
    <w:p w14:paraId="42151793" w14:textId="77777777" w:rsidR="00483B2F" w:rsidRDefault="00000000">
      <w:pPr>
        <w:pStyle w:val="Titolo1"/>
      </w:pPr>
      <w:r>
        <w:t>DATI DEL DOCENTE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33"/>
        <w:gridCol w:w="4631"/>
      </w:tblGrid>
      <w:tr w:rsidR="00483B2F" w14:paraId="16717EFE" w14:textId="77777777" w:rsidTr="006360B5">
        <w:trPr>
          <w:trHeight w:val="274"/>
        </w:trPr>
        <w:tc>
          <w:tcPr>
            <w:tcW w:w="4633" w:type="dxa"/>
          </w:tcPr>
          <w:p w14:paraId="3E363726" w14:textId="77777777" w:rsidR="00483B2F" w:rsidRDefault="00000000">
            <w:r>
              <w:t>Cognome e Nome</w:t>
            </w:r>
          </w:p>
        </w:tc>
        <w:tc>
          <w:tcPr>
            <w:tcW w:w="4631" w:type="dxa"/>
          </w:tcPr>
          <w:p w14:paraId="40EE70FD" w14:textId="77777777" w:rsidR="00483B2F" w:rsidRDefault="00483B2F"/>
        </w:tc>
      </w:tr>
      <w:tr w:rsidR="00483B2F" w14:paraId="3EC97CC4" w14:textId="77777777" w:rsidTr="006360B5">
        <w:trPr>
          <w:trHeight w:val="287"/>
        </w:trPr>
        <w:tc>
          <w:tcPr>
            <w:tcW w:w="4633" w:type="dxa"/>
          </w:tcPr>
          <w:p w14:paraId="1B218B07" w14:textId="77777777" w:rsidR="00483B2F" w:rsidRDefault="00000000">
            <w:r>
              <w:t>Plesso</w:t>
            </w:r>
          </w:p>
        </w:tc>
        <w:tc>
          <w:tcPr>
            <w:tcW w:w="4631" w:type="dxa"/>
          </w:tcPr>
          <w:p w14:paraId="70DF3A38" w14:textId="77777777" w:rsidR="00483B2F" w:rsidRDefault="00483B2F"/>
        </w:tc>
      </w:tr>
      <w:tr w:rsidR="00483B2F" w14:paraId="2868C0F2" w14:textId="77777777" w:rsidTr="006360B5">
        <w:trPr>
          <w:trHeight w:val="587"/>
        </w:trPr>
        <w:tc>
          <w:tcPr>
            <w:tcW w:w="4633" w:type="dxa"/>
          </w:tcPr>
          <w:p w14:paraId="52C43FF2" w14:textId="77777777" w:rsidR="00483B2F" w:rsidRDefault="00000000">
            <w:r>
              <w:t>Ordine di scuola</w:t>
            </w:r>
          </w:p>
        </w:tc>
        <w:tc>
          <w:tcPr>
            <w:tcW w:w="4631" w:type="dxa"/>
          </w:tcPr>
          <w:p w14:paraId="4DD61176" w14:textId="77777777" w:rsidR="00483B2F" w:rsidRDefault="00000000">
            <w:r>
              <w:t>☐ Infanzia   ☐ Primaria   ☐ Secondaria I grado</w:t>
            </w:r>
          </w:p>
        </w:tc>
      </w:tr>
    </w:tbl>
    <w:p w14:paraId="2A4AABD1" w14:textId="77777777" w:rsidR="00483B2F" w:rsidRDefault="00000000">
      <w:pPr>
        <w:pStyle w:val="Titolo1"/>
      </w:pPr>
      <w:r>
        <w:t>RENDICONTAZIONE ATTIVITÀ SVOLTE</w:t>
      </w:r>
    </w:p>
    <w:p w14:paraId="3408926B" w14:textId="5D26DA72" w:rsidR="006360B5" w:rsidRPr="006360B5" w:rsidRDefault="006360B5" w:rsidP="006360B5">
      <w:r>
        <w:t>(cancellare le righe non utilizzate)</w:t>
      </w:r>
    </w:p>
    <w:tbl>
      <w:tblPr>
        <w:tblStyle w:val="Grigliatabella"/>
        <w:tblW w:w="9248" w:type="dxa"/>
        <w:tblLook w:val="04A0" w:firstRow="1" w:lastRow="0" w:firstColumn="1" w:lastColumn="0" w:noHBand="0" w:noVBand="1"/>
      </w:tblPr>
      <w:tblGrid>
        <w:gridCol w:w="699"/>
        <w:gridCol w:w="6384"/>
        <w:gridCol w:w="843"/>
        <w:gridCol w:w="1322"/>
      </w:tblGrid>
      <w:tr w:rsidR="006360B5" w14:paraId="7703FB94" w14:textId="77777777" w:rsidTr="006360B5">
        <w:trPr>
          <w:trHeight w:val="1143"/>
        </w:trPr>
        <w:tc>
          <w:tcPr>
            <w:tcW w:w="699" w:type="dxa"/>
          </w:tcPr>
          <w:p w14:paraId="0DAE4D8A" w14:textId="77777777" w:rsidR="006360B5" w:rsidRDefault="006360B5">
            <w:r>
              <w:t>N.</w:t>
            </w:r>
          </w:p>
        </w:tc>
        <w:tc>
          <w:tcPr>
            <w:tcW w:w="6384" w:type="dxa"/>
          </w:tcPr>
          <w:p w14:paraId="72E16E16" w14:textId="77777777" w:rsidR="006360B5" w:rsidRDefault="006360B5">
            <w:r>
              <w:t>Attività/Incarico svolto</w:t>
            </w:r>
          </w:p>
        </w:tc>
        <w:tc>
          <w:tcPr>
            <w:tcW w:w="843" w:type="dxa"/>
          </w:tcPr>
          <w:p w14:paraId="7B79151B" w14:textId="77777777" w:rsidR="006360B5" w:rsidRDefault="006360B5">
            <w:r>
              <w:t>Ore svolte</w:t>
            </w:r>
          </w:p>
        </w:tc>
        <w:tc>
          <w:tcPr>
            <w:tcW w:w="1322" w:type="dxa"/>
          </w:tcPr>
          <w:p w14:paraId="6F2B9BC6" w14:textId="77777777" w:rsidR="006360B5" w:rsidRDefault="006360B5">
            <w:r>
              <w:t>Validazione DS</w:t>
            </w:r>
          </w:p>
        </w:tc>
      </w:tr>
      <w:tr w:rsidR="006360B5" w14:paraId="673D2D50" w14:textId="77777777" w:rsidTr="006360B5">
        <w:trPr>
          <w:trHeight w:val="317"/>
        </w:trPr>
        <w:tc>
          <w:tcPr>
            <w:tcW w:w="699" w:type="dxa"/>
          </w:tcPr>
          <w:p w14:paraId="6ED75852" w14:textId="77777777" w:rsidR="006360B5" w:rsidRDefault="006360B5">
            <w:r>
              <w:t>1</w:t>
            </w:r>
          </w:p>
        </w:tc>
        <w:tc>
          <w:tcPr>
            <w:tcW w:w="6384" w:type="dxa"/>
          </w:tcPr>
          <w:p w14:paraId="56642FDC" w14:textId="77777777" w:rsidR="006360B5" w:rsidRDefault="006360B5"/>
        </w:tc>
        <w:tc>
          <w:tcPr>
            <w:tcW w:w="843" w:type="dxa"/>
          </w:tcPr>
          <w:p w14:paraId="762D8E61" w14:textId="77777777" w:rsidR="006360B5" w:rsidRDefault="006360B5"/>
        </w:tc>
        <w:tc>
          <w:tcPr>
            <w:tcW w:w="1322" w:type="dxa"/>
          </w:tcPr>
          <w:p w14:paraId="4CBC19F8" w14:textId="77777777" w:rsidR="006360B5" w:rsidRDefault="006360B5">
            <w:r>
              <w:t>☐</w:t>
            </w:r>
          </w:p>
        </w:tc>
      </w:tr>
      <w:tr w:rsidR="006360B5" w14:paraId="2BCCB519" w14:textId="77777777" w:rsidTr="006360B5">
        <w:trPr>
          <w:trHeight w:val="317"/>
        </w:trPr>
        <w:tc>
          <w:tcPr>
            <w:tcW w:w="699" w:type="dxa"/>
          </w:tcPr>
          <w:p w14:paraId="31003752" w14:textId="77777777" w:rsidR="006360B5" w:rsidRDefault="006360B5">
            <w:r>
              <w:t>2</w:t>
            </w:r>
          </w:p>
        </w:tc>
        <w:tc>
          <w:tcPr>
            <w:tcW w:w="6384" w:type="dxa"/>
          </w:tcPr>
          <w:p w14:paraId="705715C9" w14:textId="77777777" w:rsidR="006360B5" w:rsidRDefault="006360B5"/>
        </w:tc>
        <w:tc>
          <w:tcPr>
            <w:tcW w:w="843" w:type="dxa"/>
          </w:tcPr>
          <w:p w14:paraId="5D54A4D1" w14:textId="77777777" w:rsidR="006360B5" w:rsidRDefault="006360B5"/>
        </w:tc>
        <w:tc>
          <w:tcPr>
            <w:tcW w:w="1322" w:type="dxa"/>
          </w:tcPr>
          <w:p w14:paraId="1343D19A" w14:textId="77777777" w:rsidR="006360B5" w:rsidRDefault="006360B5">
            <w:r>
              <w:t>☐</w:t>
            </w:r>
          </w:p>
        </w:tc>
      </w:tr>
      <w:tr w:rsidR="006360B5" w14:paraId="47F97EFD" w14:textId="77777777" w:rsidTr="006360B5">
        <w:trPr>
          <w:trHeight w:val="317"/>
        </w:trPr>
        <w:tc>
          <w:tcPr>
            <w:tcW w:w="699" w:type="dxa"/>
          </w:tcPr>
          <w:p w14:paraId="674C43BD" w14:textId="77777777" w:rsidR="006360B5" w:rsidRDefault="006360B5">
            <w:r>
              <w:t>3</w:t>
            </w:r>
          </w:p>
        </w:tc>
        <w:tc>
          <w:tcPr>
            <w:tcW w:w="6384" w:type="dxa"/>
          </w:tcPr>
          <w:p w14:paraId="73CFAAAF" w14:textId="77777777" w:rsidR="006360B5" w:rsidRDefault="006360B5"/>
        </w:tc>
        <w:tc>
          <w:tcPr>
            <w:tcW w:w="843" w:type="dxa"/>
          </w:tcPr>
          <w:p w14:paraId="57618705" w14:textId="77777777" w:rsidR="006360B5" w:rsidRDefault="006360B5"/>
        </w:tc>
        <w:tc>
          <w:tcPr>
            <w:tcW w:w="1322" w:type="dxa"/>
          </w:tcPr>
          <w:p w14:paraId="53859D89" w14:textId="77777777" w:rsidR="006360B5" w:rsidRDefault="006360B5">
            <w:r>
              <w:t>☐</w:t>
            </w:r>
          </w:p>
        </w:tc>
      </w:tr>
      <w:tr w:rsidR="006360B5" w14:paraId="43F3CB49" w14:textId="77777777" w:rsidTr="006360B5">
        <w:trPr>
          <w:trHeight w:val="332"/>
        </w:trPr>
        <w:tc>
          <w:tcPr>
            <w:tcW w:w="699" w:type="dxa"/>
          </w:tcPr>
          <w:p w14:paraId="4989912B" w14:textId="77777777" w:rsidR="006360B5" w:rsidRDefault="006360B5">
            <w:r>
              <w:t>4</w:t>
            </w:r>
          </w:p>
        </w:tc>
        <w:tc>
          <w:tcPr>
            <w:tcW w:w="6384" w:type="dxa"/>
          </w:tcPr>
          <w:p w14:paraId="3D92EF9E" w14:textId="77777777" w:rsidR="006360B5" w:rsidRDefault="006360B5"/>
        </w:tc>
        <w:tc>
          <w:tcPr>
            <w:tcW w:w="843" w:type="dxa"/>
          </w:tcPr>
          <w:p w14:paraId="283D4DFB" w14:textId="77777777" w:rsidR="006360B5" w:rsidRDefault="006360B5"/>
        </w:tc>
        <w:tc>
          <w:tcPr>
            <w:tcW w:w="1322" w:type="dxa"/>
          </w:tcPr>
          <w:p w14:paraId="52E55B7E" w14:textId="77777777" w:rsidR="006360B5" w:rsidRDefault="006360B5">
            <w:r>
              <w:t>☐</w:t>
            </w:r>
          </w:p>
        </w:tc>
      </w:tr>
      <w:tr w:rsidR="006360B5" w14:paraId="4CC50255" w14:textId="77777777" w:rsidTr="006360B5">
        <w:trPr>
          <w:trHeight w:val="317"/>
        </w:trPr>
        <w:tc>
          <w:tcPr>
            <w:tcW w:w="699" w:type="dxa"/>
          </w:tcPr>
          <w:p w14:paraId="7ACA998A" w14:textId="77777777" w:rsidR="006360B5" w:rsidRDefault="006360B5">
            <w:r>
              <w:t>5</w:t>
            </w:r>
          </w:p>
        </w:tc>
        <w:tc>
          <w:tcPr>
            <w:tcW w:w="6384" w:type="dxa"/>
          </w:tcPr>
          <w:p w14:paraId="49714429" w14:textId="77777777" w:rsidR="006360B5" w:rsidRDefault="006360B5"/>
        </w:tc>
        <w:tc>
          <w:tcPr>
            <w:tcW w:w="843" w:type="dxa"/>
          </w:tcPr>
          <w:p w14:paraId="4AB5024B" w14:textId="77777777" w:rsidR="006360B5" w:rsidRDefault="006360B5"/>
        </w:tc>
        <w:tc>
          <w:tcPr>
            <w:tcW w:w="1322" w:type="dxa"/>
          </w:tcPr>
          <w:p w14:paraId="1D25C360" w14:textId="77777777" w:rsidR="006360B5" w:rsidRDefault="006360B5">
            <w:r>
              <w:t>☐</w:t>
            </w:r>
          </w:p>
        </w:tc>
      </w:tr>
      <w:tr w:rsidR="006360B5" w14:paraId="1B7B8E56" w14:textId="77777777" w:rsidTr="006360B5">
        <w:trPr>
          <w:trHeight w:val="317"/>
        </w:trPr>
        <w:tc>
          <w:tcPr>
            <w:tcW w:w="699" w:type="dxa"/>
          </w:tcPr>
          <w:p w14:paraId="3CF74328" w14:textId="77777777" w:rsidR="006360B5" w:rsidRDefault="006360B5">
            <w:r>
              <w:t>6</w:t>
            </w:r>
          </w:p>
        </w:tc>
        <w:tc>
          <w:tcPr>
            <w:tcW w:w="6384" w:type="dxa"/>
          </w:tcPr>
          <w:p w14:paraId="74D82BEC" w14:textId="77777777" w:rsidR="006360B5" w:rsidRDefault="006360B5"/>
        </w:tc>
        <w:tc>
          <w:tcPr>
            <w:tcW w:w="843" w:type="dxa"/>
          </w:tcPr>
          <w:p w14:paraId="6AFEF720" w14:textId="77777777" w:rsidR="006360B5" w:rsidRDefault="006360B5"/>
        </w:tc>
        <w:tc>
          <w:tcPr>
            <w:tcW w:w="1322" w:type="dxa"/>
          </w:tcPr>
          <w:p w14:paraId="525B8148" w14:textId="77777777" w:rsidR="006360B5" w:rsidRDefault="006360B5">
            <w:r>
              <w:t>☐</w:t>
            </w:r>
          </w:p>
        </w:tc>
      </w:tr>
      <w:tr w:rsidR="006360B5" w14:paraId="377A4119" w14:textId="77777777" w:rsidTr="006360B5">
        <w:trPr>
          <w:trHeight w:val="317"/>
        </w:trPr>
        <w:tc>
          <w:tcPr>
            <w:tcW w:w="699" w:type="dxa"/>
          </w:tcPr>
          <w:p w14:paraId="6E103149" w14:textId="77777777" w:rsidR="006360B5" w:rsidRDefault="006360B5">
            <w:r>
              <w:t>7</w:t>
            </w:r>
          </w:p>
        </w:tc>
        <w:tc>
          <w:tcPr>
            <w:tcW w:w="6384" w:type="dxa"/>
          </w:tcPr>
          <w:p w14:paraId="7E3FB8A0" w14:textId="77777777" w:rsidR="006360B5" w:rsidRDefault="006360B5"/>
        </w:tc>
        <w:tc>
          <w:tcPr>
            <w:tcW w:w="843" w:type="dxa"/>
          </w:tcPr>
          <w:p w14:paraId="33237443" w14:textId="77777777" w:rsidR="006360B5" w:rsidRDefault="006360B5"/>
        </w:tc>
        <w:tc>
          <w:tcPr>
            <w:tcW w:w="1322" w:type="dxa"/>
          </w:tcPr>
          <w:p w14:paraId="7230069A" w14:textId="77777777" w:rsidR="006360B5" w:rsidRDefault="006360B5">
            <w:r>
              <w:t>☐</w:t>
            </w:r>
          </w:p>
        </w:tc>
      </w:tr>
      <w:tr w:rsidR="006360B5" w14:paraId="0727738A" w14:textId="77777777" w:rsidTr="006360B5">
        <w:trPr>
          <w:trHeight w:val="317"/>
        </w:trPr>
        <w:tc>
          <w:tcPr>
            <w:tcW w:w="699" w:type="dxa"/>
          </w:tcPr>
          <w:p w14:paraId="68203F5C" w14:textId="77777777" w:rsidR="006360B5" w:rsidRDefault="006360B5">
            <w:r>
              <w:t>8</w:t>
            </w:r>
          </w:p>
        </w:tc>
        <w:tc>
          <w:tcPr>
            <w:tcW w:w="6384" w:type="dxa"/>
          </w:tcPr>
          <w:p w14:paraId="382BA01D" w14:textId="77777777" w:rsidR="006360B5" w:rsidRDefault="006360B5"/>
        </w:tc>
        <w:tc>
          <w:tcPr>
            <w:tcW w:w="843" w:type="dxa"/>
          </w:tcPr>
          <w:p w14:paraId="2EFC4904" w14:textId="77777777" w:rsidR="006360B5" w:rsidRDefault="006360B5"/>
        </w:tc>
        <w:tc>
          <w:tcPr>
            <w:tcW w:w="1322" w:type="dxa"/>
          </w:tcPr>
          <w:p w14:paraId="1F89DE72" w14:textId="77777777" w:rsidR="006360B5" w:rsidRDefault="006360B5">
            <w:r>
              <w:t>☐</w:t>
            </w:r>
          </w:p>
        </w:tc>
      </w:tr>
    </w:tbl>
    <w:p w14:paraId="60FA7452" w14:textId="77777777" w:rsidR="009E3538" w:rsidRDefault="009E3538"/>
    <w:p w14:paraId="0F882A7C" w14:textId="35D5AA7E" w:rsidR="00483B2F" w:rsidRDefault="00000000" w:rsidP="006360B5">
      <w:pPr>
        <w:spacing w:after="0"/>
      </w:pPr>
      <w:r>
        <w:t>Totale ore svolte: __________________</w:t>
      </w:r>
    </w:p>
    <w:p w14:paraId="75D2971C" w14:textId="77777777" w:rsidR="00483B2F" w:rsidRDefault="00000000">
      <w:pPr>
        <w:pStyle w:val="Titolo1"/>
      </w:pPr>
      <w:r>
        <w:t>DICHIARAZIONE DEL DOCENTE</w:t>
      </w:r>
    </w:p>
    <w:p w14:paraId="3C22132C" w14:textId="77777777" w:rsidR="006360B5" w:rsidRDefault="00000000" w:rsidP="006360B5">
      <w:pPr>
        <w:spacing w:after="0"/>
      </w:pPr>
      <w:r>
        <w:rPr>
          <w:rFonts w:ascii="Segoe UI Symbol" w:hAnsi="Segoe UI Symbol" w:cs="Segoe UI Symbol"/>
        </w:rPr>
        <w:t>☐</w:t>
      </w:r>
      <w:r>
        <w:t xml:space="preserve"> di aver svolto integralmente le attività previste dall'incarico ricevuto;</w:t>
      </w:r>
      <w:r>
        <w:br/>
        <w:t>☐ che le ore sopra indicate corrispondono alle attività effettivamente svolte;</w:t>
      </w:r>
      <w:r>
        <w:br/>
        <w:t>☐ che la presente rendicontazione è resa ai fini della liquidazione dei compensi accessori previsti dal Contratto Integrativo d'Istituto.</w:t>
      </w:r>
    </w:p>
    <w:p w14:paraId="2AFBF2A0" w14:textId="5909EDAD" w:rsidR="00483B2F" w:rsidRDefault="006360B5" w:rsidP="006360B5">
      <w:pPr>
        <w:spacing w:after="0"/>
      </w:pPr>
      <w:r>
        <w:t xml:space="preserve">☐ </w:t>
      </w:r>
      <w:r>
        <w:t>si allega alla presente breve relazione delle attività svolte in formato pdf</w:t>
      </w:r>
      <w:r w:rsidR="00000000">
        <w:br/>
      </w:r>
      <w:r w:rsidR="00000000">
        <w:br/>
        <w:t>Ai sensi degli artt. 46 e 47 del D.P.R. 445/2000.</w:t>
      </w:r>
    </w:p>
    <w:p w14:paraId="3B8A9AC9" w14:textId="77777777" w:rsidR="006360B5" w:rsidRDefault="006360B5"/>
    <w:p w14:paraId="3E0F0206" w14:textId="03C01EAA" w:rsidR="00483B2F" w:rsidRDefault="00000000" w:rsidP="006360B5">
      <w:r>
        <w:t>Data ____/____/</w:t>
      </w:r>
      <w:r w:rsidR="006360B5">
        <w:t>____</w:t>
      </w:r>
      <w:r w:rsidR="006360B5">
        <w:t>_</w:t>
      </w:r>
      <w:r w:rsidR="006360B5">
        <w:tab/>
      </w:r>
      <w:r w:rsidR="006360B5">
        <w:tab/>
      </w:r>
      <w:r w:rsidR="006360B5">
        <w:tab/>
      </w:r>
      <w:r w:rsidR="006360B5">
        <w:tab/>
      </w:r>
      <w:r w:rsidR="006360B5">
        <w:tab/>
      </w:r>
      <w:r>
        <w:t>Firma del docente __________________________________</w:t>
      </w:r>
    </w:p>
    <w:p w14:paraId="60CD79DE" w14:textId="77777777" w:rsidR="00483B2F" w:rsidRDefault="00000000">
      <w:pPr>
        <w:pStyle w:val="Titolo1"/>
      </w:pPr>
      <w:r>
        <w:lastRenderedPageBreak/>
        <w:t>ATTESTAZIONE DEL DIRIGENTE SCOLASTICO</w:t>
      </w:r>
    </w:p>
    <w:p w14:paraId="45C923BF" w14:textId="77777777" w:rsidR="00483B2F" w:rsidRDefault="00000000">
      <w:r>
        <w:t>☐ Si autorizza la liquidazione del compenso.</w:t>
      </w:r>
      <w:r>
        <w:br/>
        <w:t>☐ Non si autorizza la liquidazione.</w:t>
      </w:r>
      <w:r>
        <w:br/>
      </w:r>
      <w:r>
        <w:br/>
        <w:t>Motivazioni:</w:t>
      </w:r>
      <w:r>
        <w:br/>
        <w:t>________________________________________</w:t>
      </w:r>
      <w:r>
        <w:br/>
        <w:t>________________________________________</w:t>
      </w:r>
      <w:r>
        <w:br/>
      </w:r>
      <w:r>
        <w:br/>
        <w:t>Il Dirigente Scolastico</w:t>
      </w:r>
      <w:r>
        <w:br/>
      </w:r>
      <w:r>
        <w:br/>
        <w:t>__________________________________</w:t>
      </w:r>
    </w:p>
    <w:sectPr w:rsidR="00483B2F" w:rsidSect="006360B5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9945480">
    <w:abstractNumId w:val="8"/>
  </w:num>
  <w:num w:numId="2" w16cid:durableId="1623607402">
    <w:abstractNumId w:val="6"/>
  </w:num>
  <w:num w:numId="3" w16cid:durableId="1118790499">
    <w:abstractNumId w:val="5"/>
  </w:num>
  <w:num w:numId="4" w16cid:durableId="7677294">
    <w:abstractNumId w:val="4"/>
  </w:num>
  <w:num w:numId="5" w16cid:durableId="1264529281">
    <w:abstractNumId w:val="7"/>
  </w:num>
  <w:num w:numId="6" w16cid:durableId="2006662082">
    <w:abstractNumId w:val="3"/>
  </w:num>
  <w:num w:numId="7" w16cid:durableId="1016271207">
    <w:abstractNumId w:val="2"/>
  </w:num>
  <w:num w:numId="8" w16cid:durableId="798451839">
    <w:abstractNumId w:val="1"/>
  </w:num>
  <w:num w:numId="9" w16cid:durableId="30613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3B2F"/>
    <w:rsid w:val="006360B5"/>
    <w:rsid w:val="009E3538"/>
    <w:rsid w:val="009F7BA6"/>
    <w:rsid w:val="00AA1D8D"/>
    <w:rsid w:val="00B47730"/>
    <w:rsid w:val="00B70845"/>
    <w:rsid w:val="00C066D5"/>
    <w:rsid w:val="00C56BA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B410C"/>
  <w14:defaultImageDpi w14:val="300"/>
  <w15:docId w15:val="{E10798C1-3872-449F-B1B9-6D233372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Fabrizio Gallotta</cp:lastModifiedBy>
  <cp:revision>4</cp:revision>
  <cp:lastPrinted>2026-06-11T15:27:00Z</cp:lastPrinted>
  <dcterms:created xsi:type="dcterms:W3CDTF">2026-06-11T08:53:00Z</dcterms:created>
  <dcterms:modified xsi:type="dcterms:W3CDTF">2026-06-11T15:27:00Z</dcterms:modified>
  <cp:category/>
</cp:coreProperties>
</file>